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Laurie PETIT</w:t>
      </w:r>
    </w:p>
    <w:p>
      <w:r>
        <w:t>📧 lauriepetit122@gmail.com</w:t>
        <w:br/>
        <w:t>📍 353 Impasse Moyoge, 01990 Saint-Trivier-sur-Moignans</w:t>
        <w:br/>
        <w:t>📞 06 23 47 89 69</w:t>
      </w:r>
    </w:p>
    <w:p>
      <w:pPr>
        <w:pStyle w:val="Heading2"/>
      </w:pPr>
      <w:r>
        <w:t>Objectif professionnel</w:t>
      </w:r>
    </w:p>
    <w:p>
      <w:r>
        <w:t>Intégrer votre équipe représente pour moi une véritable fierté, ainsi qu’un réel enjeu professionnel pour construire mon avenir dans le domaine de l’aide à la personne.</w:t>
      </w:r>
    </w:p>
    <w:p>
      <w:pPr>
        <w:pStyle w:val="Heading2"/>
      </w:pPr>
      <w:r>
        <w:t>Compétences</w:t>
      </w:r>
    </w:p>
    <w:p>
      <w:pPr>
        <w:pStyle w:val="ListBullet"/>
      </w:pPr>
      <w:r>
        <w:t>• Soins à domicile / Aide à la personne</w:t>
      </w:r>
    </w:p>
    <w:p>
      <w:pPr>
        <w:pStyle w:val="ListBullet"/>
      </w:pPr>
      <w:r>
        <w:t>• Prise en charge de patients atteints d'Alzheimer</w:t>
      </w:r>
    </w:p>
    <w:p>
      <w:pPr>
        <w:pStyle w:val="ListBullet"/>
      </w:pPr>
      <w:r>
        <w:t>• Soins médicaux de base / Premiers secours / Traitement des plaies</w:t>
      </w:r>
    </w:p>
    <w:p>
      <w:pPr>
        <w:pStyle w:val="ListBullet"/>
      </w:pPr>
      <w:r>
        <w:t>• Assistance de vie quotidienne</w:t>
      </w:r>
    </w:p>
    <w:p>
      <w:pPr>
        <w:pStyle w:val="ListBullet"/>
      </w:pPr>
      <w:r>
        <w:t>• Travail en maison de retraite / Unité Alzheimer</w:t>
      </w:r>
    </w:p>
    <w:p>
      <w:pPr>
        <w:pStyle w:val="ListBullet"/>
      </w:pPr>
      <w:r>
        <w:t>• Accueil et service client</w:t>
      </w:r>
    </w:p>
    <w:p>
      <w:pPr>
        <w:pStyle w:val="ListBullet"/>
      </w:pPr>
      <w:r>
        <w:t>• Tenue de caisse / Encaissement</w:t>
      </w:r>
    </w:p>
    <w:p>
      <w:pPr>
        <w:pStyle w:val="ListBullet"/>
      </w:pPr>
      <w:r>
        <w:t>• Mise en rayon / Vente / Contrats</w:t>
      </w:r>
    </w:p>
    <w:p>
      <w:pPr>
        <w:pStyle w:val="ListBullet"/>
      </w:pPr>
      <w:r>
        <w:t>• Bonne communication et écoute</w:t>
      </w:r>
    </w:p>
    <w:p>
      <w:pPr>
        <w:pStyle w:val="ListBullet"/>
      </w:pPr>
      <w:r>
        <w:t>• Gestion du planning et des stocks</w:t>
      </w:r>
    </w:p>
    <w:p>
      <w:pPr>
        <w:pStyle w:val="Heading2"/>
      </w:pPr>
      <w:r>
        <w:t>Langues</w:t>
      </w:r>
    </w:p>
    <w:p>
      <w:r>
        <w:t>• Français : Langue maternelle</w:t>
      </w:r>
    </w:p>
    <w:p>
      <w:pPr>
        <w:pStyle w:val="Heading2"/>
      </w:pPr>
      <w:r>
        <w:t>Expériences professionnelles</w:t>
      </w:r>
    </w:p>
    <w:p>
      <w:pPr>
        <w:pStyle w:val="ListBullet"/>
      </w:pPr>
      <w:r>
        <w:t>Aide-soignante – Villa Sully</w:t>
      </w:r>
    </w:p>
    <w:p>
      <w:r>
        <w:t>Soins aux résidents, aide à la toilette, repas, accompagnement global</w:t>
      </w:r>
    </w:p>
    <w:p>
      <w:pPr>
        <w:pStyle w:val="ListBullet"/>
      </w:pPr>
      <w:r>
        <w:t>Aide-soignante – Les Jardins du Mont Blanc (Unité Alzheimer)</w:t>
      </w:r>
    </w:p>
    <w:p>
      <w:r>
        <w:t>Soins spécifiques en unité fermée, gestion des troubles cognitifs</w:t>
      </w:r>
    </w:p>
    <w:p>
      <w:pPr>
        <w:pStyle w:val="ListBullet"/>
      </w:pPr>
      <w:r>
        <w:t>Aide-soignante – EHPAD Le Clos</w:t>
      </w:r>
    </w:p>
    <w:p>
      <w:r>
        <w:t>Toilettes, aide aux repas, gestion du planning et des stocks</w:t>
      </w:r>
    </w:p>
    <w:p>
      <w:pPr>
        <w:pStyle w:val="ListBullet"/>
      </w:pPr>
      <w:r>
        <w:t>Aide-soignante / Aide à domicile – Martell de Janville</w:t>
      </w:r>
    </w:p>
    <w:p>
      <w:r>
        <w:t>Soins, aide à la toilette, lever/coucher, repas, tâches ménagères</w:t>
      </w:r>
    </w:p>
    <w:p>
      <w:pPr>
        <w:pStyle w:val="ListBullet"/>
      </w:pPr>
      <w:r>
        <w:t xml:space="preserve">Nourrice (Commercial) – </w:t>
      </w:r>
    </w:p>
    <w:p>
      <w:r>
        <w:t>Garde d’enfants, accompagnement, activités quotidiennes</w:t>
      </w:r>
    </w:p>
    <w:p>
      <w:pPr>
        <w:pStyle w:val="ListBullet"/>
      </w:pPr>
      <w:r>
        <w:t>Vendeuse / Caissière – Tabac des Bressis &amp; Station-service Shell</w:t>
      </w:r>
    </w:p>
    <w:p>
      <w:r>
        <w:t>Accueil, encaissement, mise en rayon, service client</w:t>
      </w:r>
    </w:p>
    <w:p>
      <w:pPr>
        <w:pStyle w:val="ListBullet"/>
      </w:pPr>
      <w:r>
        <w:t xml:space="preserve">Aide au repas / Commerciale – </w:t>
      </w:r>
    </w:p>
    <w:p>
      <w:r>
        <w:t>Prospection, vente, information sur les offres, accompagnement des clients</w:t>
      </w:r>
    </w:p>
    <w:p>
      <w:pPr>
        <w:pStyle w:val="Heading2"/>
      </w:pPr>
      <w:r>
        <w:t>Formation</w:t>
      </w:r>
    </w:p>
    <w:p>
      <w:pPr>
        <w:pStyle w:val="ListBullet"/>
      </w:pPr>
      <w:r>
        <w:t>Baccalauréat / Niveau Bac SAPAT – MFR Seyssel</w:t>
      </w:r>
    </w:p>
    <w:p>
      <w:r>
        <w:t>SAPAT : Services aux personnes et aux territoires</w:t>
      </w:r>
    </w:p>
    <w:p>
      <w:pPr>
        <w:pStyle w:val="ListBullet"/>
      </w:pPr>
      <w:r>
        <w:t>Formation en Management Commercial à distance – En cours</w:t>
      </w:r>
    </w:p>
    <w:p>
      <w:r>
        <w:t>Prévu : Décembre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